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b/>
          <w:color w:val="000000"/>
          <w:sz w:val="48"/>
        </w:rPr>
        <w:t>CONSTRUCTION DAILY REPORT</w:t>
      </w:r>
    </w:p>
    <w:p>
      <w:r>
        <w:rPr>
          <w:b/>
        </w:rPr>
        <w:t xml:space="preserve">Project: </w:t>
      </w:r>
      <w:r>
        <w:t>_______________________________</w:t>
      </w:r>
    </w:p>
    <w:p>
      <w:r>
        <w:rPr>
          <w:b/>
        </w:rPr>
        <w:t xml:space="preserve">Report Date: </w:t>
      </w:r>
      <w:r>
        <w:t>_________________________</w:t>
      </w:r>
    </w:p>
    <w:p>
      <w:r>
        <w:rPr>
          <w:b/>
        </w:rPr>
        <w:t xml:space="preserve">Prepared By: </w:t>
      </w:r>
      <w:r>
        <w:t>________________________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</w:tcPr>
          <w:p>
            <w:r>
              <w:rPr>
                <w:b/>
              </w:rPr>
              <w:t>Site Location</w:t>
            </w:r>
          </w:p>
        </w:tc>
        <w:tc>
          <w:tcPr>
            <w:tcW w:type="dxa" w:w="5040"/>
          </w:tcPr>
          <w:p>
            <w:r/>
          </w:p>
        </w:tc>
      </w:tr>
      <w:tr>
        <w:tc>
          <w:tcPr>
            <w:tcW w:type="dxa" w:w="5040"/>
          </w:tcPr>
          <w:p>
            <w:r>
              <w:rPr>
                <w:b/>
              </w:rPr>
              <w:t>Weather (AM / PM)</w:t>
            </w:r>
          </w:p>
        </w:tc>
        <w:tc>
          <w:tcPr>
            <w:tcW w:type="dxa" w:w="5040"/>
          </w:tcPr>
          <w:p>
            <w:r/>
          </w:p>
        </w:tc>
      </w:tr>
      <w:tr>
        <w:tc>
          <w:tcPr>
            <w:tcW w:type="dxa" w:w="5040"/>
          </w:tcPr>
          <w:p>
            <w:r>
              <w:rPr>
                <w:b/>
              </w:rPr>
              <w:t>Temperature</w:t>
            </w:r>
          </w:p>
        </w:tc>
        <w:tc>
          <w:tcPr>
            <w:tcW w:type="dxa" w:w="5040"/>
          </w:tcPr>
          <w:p>
            <w:r/>
          </w:p>
        </w:tc>
      </w:tr>
      <w:tr>
        <w:tc>
          <w:tcPr>
            <w:tcW w:type="dxa" w:w="5040"/>
          </w:tcPr>
          <w:p>
            <w:r>
              <w:rPr>
                <w:b/>
              </w:rPr>
              <w:t>Wind / Conditions</w:t>
            </w:r>
          </w:p>
        </w:tc>
        <w:tc>
          <w:tcPr>
            <w:tcW w:type="dxa" w:w="5040"/>
          </w:tcPr>
          <w:p>
            <w:r/>
          </w:p>
        </w:tc>
      </w:tr>
      <w:tr>
        <w:tc>
          <w:tcPr>
            <w:tcW w:type="dxa" w:w="5040"/>
          </w:tcPr>
          <w:p>
            <w:r>
              <w:rPr>
                <w:b/>
              </w:rPr>
              <w:t>Shift / Hours Worked</w:t>
            </w:r>
          </w:p>
        </w:tc>
        <w:tc>
          <w:tcPr>
            <w:tcW w:type="dxa" w:w="5040"/>
          </w:tcPr>
          <w:p>
            <w:r/>
          </w:p>
        </w:tc>
      </w:tr>
    </w:tbl>
    <w:p/>
    <w:p>
      <w:pPr>
        <w:pStyle w:val="Heading1"/>
      </w:pPr>
      <w:r>
        <w:rPr>
          <w:b/>
          <w:sz w:val="28"/>
        </w:rPr>
        <w:t>1. Work Activities Completed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c>
          <w:tcPr>
            <w:tcW w:type="dxa" w:w="2520"/>
          </w:tcPr>
          <w:p>
            <w:r>
              <w:rPr>
                <w:b/>
              </w:rPr>
              <w:t>Area / Location</w:t>
            </w:r>
          </w:p>
        </w:tc>
        <w:tc>
          <w:tcPr>
            <w:tcW w:type="dxa" w:w="2520"/>
          </w:tcPr>
          <w:p>
            <w:r>
              <w:rPr>
                <w:b/>
              </w:rPr>
              <w:t>Description of Work</w:t>
            </w:r>
          </w:p>
        </w:tc>
        <w:tc>
          <w:tcPr>
            <w:tcW w:type="dxa" w:w="2520"/>
          </w:tcPr>
          <w:p>
            <w:r>
              <w:rPr>
                <w:b/>
              </w:rPr>
              <w:t>Planned</w:t>
            </w:r>
          </w:p>
        </w:tc>
        <w:tc>
          <w:tcPr>
            <w:tcW w:type="dxa" w:w="2520"/>
          </w:tcPr>
          <w:p>
            <w:r>
              <w:rPr>
                <w:b/>
              </w:rPr>
              <w:t>Executed</w:t>
            </w:r>
          </w:p>
        </w:tc>
      </w:tr>
      <w:tr>
        <w:tc>
          <w:tcPr>
            <w:tcW w:type="dxa" w:w="2520"/>
          </w:tcPr>
          <w:p>
            <w:r/>
          </w:p>
        </w:tc>
        <w:tc>
          <w:tcPr>
            <w:tcW w:type="dxa" w:w="2520"/>
          </w:tcPr>
          <w:p>
            <w:r/>
          </w:p>
        </w:tc>
        <w:tc>
          <w:tcPr>
            <w:tcW w:type="dxa" w:w="2520"/>
          </w:tcPr>
          <w:p>
            <w:r/>
          </w:p>
        </w:tc>
        <w:tc>
          <w:tcPr>
            <w:tcW w:type="dxa" w:w="2520"/>
          </w:tcPr>
          <w:p>
            <w:r/>
          </w:p>
        </w:tc>
      </w:tr>
      <w:tr>
        <w:tc>
          <w:tcPr>
            <w:tcW w:type="dxa" w:w="2520"/>
          </w:tcPr>
          <w:p>
            <w:r/>
          </w:p>
        </w:tc>
        <w:tc>
          <w:tcPr>
            <w:tcW w:type="dxa" w:w="2520"/>
          </w:tcPr>
          <w:p>
            <w:r/>
          </w:p>
        </w:tc>
        <w:tc>
          <w:tcPr>
            <w:tcW w:type="dxa" w:w="2520"/>
          </w:tcPr>
          <w:p>
            <w:r/>
          </w:p>
        </w:tc>
        <w:tc>
          <w:tcPr>
            <w:tcW w:type="dxa" w:w="2520"/>
          </w:tcPr>
          <w:p>
            <w:r/>
          </w:p>
        </w:tc>
      </w:tr>
      <w:tr>
        <w:tc>
          <w:tcPr>
            <w:tcW w:type="dxa" w:w="2520"/>
          </w:tcPr>
          <w:p>
            <w:r/>
          </w:p>
        </w:tc>
        <w:tc>
          <w:tcPr>
            <w:tcW w:type="dxa" w:w="2520"/>
          </w:tcPr>
          <w:p>
            <w:r/>
          </w:p>
        </w:tc>
        <w:tc>
          <w:tcPr>
            <w:tcW w:type="dxa" w:w="2520"/>
          </w:tcPr>
          <w:p>
            <w:r/>
          </w:p>
        </w:tc>
        <w:tc>
          <w:tcPr>
            <w:tcW w:type="dxa" w:w="2520"/>
          </w:tcPr>
          <w:p>
            <w:r/>
          </w:p>
        </w:tc>
      </w:tr>
      <w:tr>
        <w:tc>
          <w:tcPr>
            <w:tcW w:type="dxa" w:w="2520"/>
          </w:tcPr>
          <w:p>
            <w:r/>
          </w:p>
        </w:tc>
        <w:tc>
          <w:tcPr>
            <w:tcW w:type="dxa" w:w="2520"/>
          </w:tcPr>
          <w:p>
            <w:r/>
          </w:p>
        </w:tc>
        <w:tc>
          <w:tcPr>
            <w:tcW w:type="dxa" w:w="2520"/>
          </w:tcPr>
          <w:p>
            <w:r/>
          </w:p>
        </w:tc>
        <w:tc>
          <w:tcPr>
            <w:tcW w:type="dxa" w:w="2520"/>
          </w:tcPr>
          <w:p>
            <w:r/>
          </w:p>
        </w:tc>
      </w:tr>
      <w:tr>
        <w:tc>
          <w:tcPr>
            <w:tcW w:type="dxa" w:w="2520"/>
          </w:tcPr>
          <w:p>
            <w:r/>
          </w:p>
        </w:tc>
        <w:tc>
          <w:tcPr>
            <w:tcW w:type="dxa" w:w="2520"/>
          </w:tcPr>
          <w:p>
            <w:r/>
          </w:p>
        </w:tc>
        <w:tc>
          <w:tcPr>
            <w:tcW w:type="dxa" w:w="2520"/>
          </w:tcPr>
          <w:p>
            <w:r/>
          </w:p>
        </w:tc>
        <w:tc>
          <w:tcPr>
            <w:tcW w:type="dxa" w:w="2520"/>
          </w:tcPr>
          <w:p>
            <w:r/>
          </w:p>
        </w:tc>
      </w:tr>
    </w:tbl>
    <w:p/>
    <w:p>
      <w:pPr>
        <w:pStyle w:val="Heading1"/>
      </w:pPr>
      <w:r>
        <w:rPr>
          <w:b/>
          <w:sz w:val="28"/>
        </w:rPr>
        <w:t>2. Labour &amp; Subcontractors On Site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c>
          <w:tcPr>
            <w:tcW w:type="dxa" w:w="2520"/>
          </w:tcPr>
          <w:p>
            <w:r>
              <w:rPr>
                <w:b/>
              </w:rPr>
              <w:t>Company / Role</w:t>
            </w:r>
          </w:p>
        </w:tc>
        <w:tc>
          <w:tcPr>
            <w:tcW w:type="dxa" w:w="2520"/>
          </w:tcPr>
          <w:p>
            <w:r>
              <w:rPr>
                <w:b/>
              </w:rPr>
              <w:t>Qty</w:t>
            </w:r>
          </w:p>
        </w:tc>
        <w:tc>
          <w:tcPr>
            <w:tcW w:type="dxa" w:w="2520"/>
          </w:tcPr>
          <w:p>
            <w:r>
              <w:rPr>
                <w:b/>
              </w:rPr>
              <w:t>Hours</w:t>
            </w:r>
          </w:p>
        </w:tc>
        <w:tc>
          <w:tcPr>
            <w:tcW w:type="dxa" w:w="2520"/>
          </w:tcPr>
          <w:p>
            <w:r>
              <w:rPr>
                <w:b/>
              </w:rPr>
              <w:t>Notes</w:t>
            </w:r>
          </w:p>
        </w:tc>
      </w:tr>
      <w:tr>
        <w:tc>
          <w:tcPr>
            <w:tcW w:type="dxa" w:w="2520"/>
          </w:tcPr>
          <w:p>
            <w:r/>
          </w:p>
        </w:tc>
        <w:tc>
          <w:tcPr>
            <w:tcW w:type="dxa" w:w="2520"/>
          </w:tcPr>
          <w:p>
            <w:r/>
          </w:p>
        </w:tc>
        <w:tc>
          <w:tcPr>
            <w:tcW w:type="dxa" w:w="2520"/>
          </w:tcPr>
          <w:p>
            <w:r/>
          </w:p>
        </w:tc>
        <w:tc>
          <w:tcPr>
            <w:tcW w:type="dxa" w:w="2520"/>
          </w:tcPr>
          <w:p>
            <w:r/>
          </w:p>
        </w:tc>
      </w:tr>
      <w:tr>
        <w:tc>
          <w:tcPr>
            <w:tcW w:type="dxa" w:w="2520"/>
          </w:tcPr>
          <w:p>
            <w:r/>
          </w:p>
        </w:tc>
        <w:tc>
          <w:tcPr>
            <w:tcW w:type="dxa" w:w="2520"/>
          </w:tcPr>
          <w:p>
            <w:r/>
          </w:p>
        </w:tc>
        <w:tc>
          <w:tcPr>
            <w:tcW w:type="dxa" w:w="2520"/>
          </w:tcPr>
          <w:p>
            <w:r/>
          </w:p>
        </w:tc>
        <w:tc>
          <w:tcPr>
            <w:tcW w:type="dxa" w:w="2520"/>
          </w:tcPr>
          <w:p>
            <w:r/>
          </w:p>
        </w:tc>
      </w:tr>
      <w:tr>
        <w:tc>
          <w:tcPr>
            <w:tcW w:type="dxa" w:w="2520"/>
          </w:tcPr>
          <w:p>
            <w:r/>
          </w:p>
        </w:tc>
        <w:tc>
          <w:tcPr>
            <w:tcW w:type="dxa" w:w="2520"/>
          </w:tcPr>
          <w:p>
            <w:r/>
          </w:p>
        </w:tc>
        <w:tc>
          <w:tcPr>
            <w:tcW w:type="dxa" w:w="2520"/>
          </w:tcPr>
          <w:p>
            <w:r/>
          </w:p>
        </w:tc>
        <w:tc>
          <w:tcPr>
            <w:tcW w:type="dxa" w:w="2520"/>
          </w:tcPr>
          <w:p>
            <w:r/>
          </w:p>
        </w:tc>
      </w:tr>
      <w:tr>
        <w:tc>
          <w:tcPr>
            <w:tcW w:type="dxa" w:w="2520"/>
          </w:tcPr>
          <w:p>
            <w:r/>
          </w:p>
        </w:tc>
        <w:tc>
          <w:tcPr>
            <w:tcW w:type="dxa" w:w="2520"/>
          </w:tcPr>
          <w:p>
            <w:r/>
          </w:p>
        </w:tc>
        <w:tc>
          <w:tcPr>
            <w:tcW w:type="dxa" w:w="2520"/>
          </w:tcPr>
          <w:p>
            <w:r/>
          </w:p>
        </w:tc>
        <w:tc>
          <w:tcPr>
            <w:tcW w:type="dxa" w:w="2520"/>
          </w:tcPr>
          <w:p>
            <w:r/>
          </w:p>
        </w:tc>
      </w:tr>
      <w:tr>
        <w:tc>
          <w:tcPr>
            <w:tcW w:type="dxa" w:w="2520"/>
          </w:tcPr>
          <w:p>
            <w:r/>
          </w:p>
        </w:tc>
        <w:tc>
          <w:tcPr>
            <w:tcW w:type="dxa" w:w="2520"/>
          </w:tcPr>
          <w:p>
            <w:r/>
          </w:p>
        </w:tc>
        <w:tc>
          <w:tcPr>
            <w:tcW w:type="dxa" w:w="2520"/>
          </w:tcPr>
          <w:p>
            <w:r/>
          </w:p>
        </w:tc>
        <w:tc>
          <w:tcPr>
            <w:tcW w:type="dxa" w:w="2520"/>
          </w:tcPr>
          <w:p>
            <w:r/>
          </w:p>
        </w:tc>
      </w:tr>
    </w:tbl>
    <w:p/>
    <w:p>
      <w:pPr>
        <w:pStyle w:val="Heading1"/>
      </w:pPr>
      <w:r>
        <w:rPr>
          <w:b/>
          <w:sz w:val="28"/>
        </w:rPr>
        <w:t>3. Equipment &amp; Machinery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c>
          <w:tcPr>
            <w:tcW w:type="dxa" w:w="2520"/>
          </w:tcPr>
          <w:p>
            <w:r>
              <w:rPr>
                <w:b/>
              </w:rPr>
              <w:t>Equipment</w:t>
            </w:r>
          </w:p>
        </w:tc>
        <w:tc>
          <w:tcPr>
            <w:tcW w:type="dxa" w:w="2520"/>
          </w:tcPr>
          <w:p>
            <w:r>
              <w:rPr>
                <w:b/>
              </w:rPr>
              <w:t>ID / Tag</w:t>
            </w:r>
          </w:p>
        </w:tc>
        <w:tc>
          <w:tcPr>
            <w:tcW w:type="dxa" w:w="2520"/>
          </w:tcPr>
          <w:p>
            <w:r>
              <w:rPr>
                <w:b/>
              </w:rPr>
              <w:t>Hours Used</w:t>
            </w:r>
          </w:p>
        </w:tc>
        <w:tc>
          <w:tcPr>
            <w:tcW w:type="dxa" w:w="2520"/>
          </w:tcPr>
          <w:p>
            <w:r>
              <w:rPr>
                <w:b/>
              </w:rPr>
              <w:t>Condition</w:t>
            </w:r>
          </w:p>
        </w:tc>
      </w:tr>
      <w:tr>
        <w:tc>
          <w:tcPr>
            <w:tcW w:type="dxa" w:w="2520"/>
          </w:tcPr>
          <w:p>
            <w:r/>
          </w:p>
        </w:tc>
        <w:tc>
          <w:tcPr>
            <w:tcW w:type="dxa" w:w="2520"/>
          </w:tcPr>
          <w:p>
            <w:r/>
          </w:p>
        </w:tc>
        <w:tc>
          <w:tcPr>
            <w:tcW w:type="dxa" w:w="2520"/>
          </w:tcPr>
          <w:p>
            <w:r/>
          </w:p>
        </w:tc>
        <w:tc>
          <w:tcPr>
            <w:tcW w:type="dxa" w:w="2520"/>
          </w:tcPr>
          <w:p>
            <w:r/>
          </w:p>
        </w:tc>
      </w:tr>
      <w:tr>
        <w:tc>
          <w:tcPr>
            <w:tcW w:type="dxa" w:w="2520"/>
          </w:tcPr>
          <w:p>
            <w:r/>
          </w:p>
        </w:tc>
        <w:tc>
          <w:tcPr>
            <w:tcW w:type="dxa" w:w="2520"/>
          </w:tcPr>
          <w:p>
            <w:r/>
          </w:p>
        </w:tc>
        <w:tc>
          <w:tcPr>
            <w:tcW w:type="dxa" w:w="2520"/>
          </w:tcPr>
          <w:p>
            <w:r/>
          </w:p>
        </w:tc>
        <w:tc>
          <w:tcPr>
            <w:tcW w:type="dxa" w:w="2520"/>
          </w:tcPr>
          <w:p>
            <w:r/>
          </w:p>
        </w:tc>
      </w:tr>
      <w:tr>
        <w:tc>
          <w:tcPr>
            <w:tcW w:type="dxa" w:w="2520"/>
          </w:tcPr>
          <w:p>
            <w:r/>
          </w:p>
        </w:tc>
        <w:tc>
          <w:tcPr>
            <w:tcW w:type="dxa" w:w="2520"/>
          </w:tcPr>
          <w:p>
            <w:r/>
          </w:p>
        </w:tc>
        <w:tc>
          <w:tcPr>
            <w:tcW w:type="dxa" w:w="2520"/>
          </w:tcPr>
          <w:p>
            <w:r/>
          </w:p>
        </w:tc>
        <w:tc>
          <w:tcPr>
            <w:tcW w:type="dxa" w:w="2520"/>
          </w:tcPr>
          <w:p>
            <w:r/>
          </w:p>
        </w:tc>
      </w:tr>
      <w:tr>
        <w:tc>
          <w:tcPr>
            <w:tcW w:type="dxa" w:w="2520"/>
          </w:tcPr>
          <w:p>
            <w:r/>
          </w:p>
        </w:tc>
        <w:tc>
          <w:tcPr>
            <w:tcW w:type="dxa" w:w="2520"/>
          </w:tcPr>
          <w:p>
            <w:r/>
          </w:p>
        </w:tc>
        <w:tc>
          <w:tcPr>
            <w:tcW w:type="dxa" w:w="2520"/>
          </w:tcPr>
          <w:p>
            <w:r/>
          </w:p>
        </w:tc>
        <w:tc>
          <w:tcPr>
            <w:tcW w:type="dxa" w:w="2520"/>
          </w:tcPr>
          <w:p>
            <w:r/>
          </w:p>
        </w:tc>
      </w:tr>
    </w:tbl>
    <w:p/>
    <w:p>
      <w:pPr>
        <w:pStyle w:val="Heading1"/>
      </w:pPr>
      <w:r>
        <w:rPr>
          <w:b/>
          <w:sz w:val="28"/>
        </w:rPr>
        <w:t>4. Materials Received / Used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c>
          <w:tcPr>
            <w:tcW w:type="dxa" w:w="2520"/>
          </w:tcPr>
          <w:p>
            <w:r>
              <w:rPr>
                <w:b/>
              </w:rPr>
              <w:t>Material</w:t>
            </w:r>
          </w:p>
        </w:tc>
        <w:tc>
          <w:tcPr>
            <w:tcW w:type="dxa" w:w="2520"/>
          </w:tcPr>
          <w:p>
            <w:r>
              <w:rPr>
                <w:b/>
              </w:rPr>
              <w:t>Qty</w:t>
            </w:r>
          </w:p>
        </w:tc>
        <w:tc>
          <w:tcPr>
            <w:tcW w:type="dxa" w:w="2520"/>
          </w:tcPr>
          <w:p>
            <w:r>
              <w:rPr>
                <w:b/>
              </w:rPr>
              <w:t>Unit</w:t>
            </w:r>
          </w:p>
        </w:tc>
        <w:tc>
          <w:tcPr>
            <w:tcW w:type="dxa" w:w="2520"/>
          </w:tcPr>
          <w:p>
            <w:r>
              <w:rPr>
                <w:b/>
              </w:rPr>
              <w:t>GRN / MRF Ref</w:t>
            </w:r>
          </w:p>
        </w:tc>
      </w:tr>
      <w:tr>
        <w:tc>
          <w:tcPr>
            <w:tcW w:type="dxa" w:w="2520"/>
          </w:tcPr>
          <w:p>
            <w:r/>
          </w:p>
        </w:tc>
        <w:tc>
          <w:tcPr>
            <w:tcW w:type="dxa" w:w="2520"/>
          </w:tcPr>
          <w:p>
            <w:r/>
          </w:p>
        </w:tc>
        <w:tc>
          <w:tcPr>
            <w:tcW w:type="dxa" w:w="2520"/>
          </w:tcPr>
          <w:p>
            <w:r/>
          </w:p>
        </w:tc>
        <w:tc>
          <w:tcPr>
            <w:tcW w:type="dxa" w:w="2520"/>
          </w:tcPr>
          <w:p>
            <w:r/>
          </w:p>
        </w:tc>
      </w:tr>
      <w:tr>
        <w:tc>
          <w:tcPr>
            <w:tcW w:type="dxa" w:w="2520"/>
          </w:tcPr>
          <w:p>
            <w:r/>
          </w:p>
        </w:tc>
        <w:tc>
          <w:tcPr>
            <w:tcW w:type="dxa" w:w="2520"/>
          </w:tcPr>
          <w:p>
            <w:r/>
          </w:p>
        </w:tc>
        <w:tc>
          <w:tcPr>
            <w:tcW w:type="dxa" w:w="2520"/>
          </w:tcPr>
          <w:p>
            <w:r/>
          </w:p>
        </w:tc>
        <w:tc>
          <w:tcPr>
            <w:tcW w:type="dxa" w:w="2520"/>
          </w:tcPr>
          <w:p>
            <w:r/>
          </w:p>
        </w:tc>
      </w:tr>
      <w:tr>
        <w:tc>
          <w:tcPr>
            <w:tcW w:type="dxa" w:w="2520"/>
          </w:tcPr>
          <w:p>
            <w:r/>
          </w:p>
        </w:tc>
        <w:tc>
          <w:tcPr>
            <w:tcW w:type="dxa" w:w="2520"/>
          </w:tcPr>
          <w:p>
            <w:r/>
          </w:p>
        </w:tc>
        <w:tc>
          <w:tcPr>
            <w:tcW w:type="dxa" w:w="2520"/>
          </w:tcPr>
          <w:p>
            <w:r/>
          </w:p>
        </w:tc>
        <w:tc>
          <w:tcPr>
            <w:tcW w:type="dxa" w:w="2520"/>
          </w:tcPr>
          <w:p>
            <w:r/>
          </w:p>
        </w:tc>
      </w:tr>
      <w:tr>
        <w:tc>
          <w:tcPr>
            <w:tcW w:type="dxa" w:w="2520"/>
          </w:tcPr>
          <w:p>
            <w:r/>
          </w:p>
        </w:tc>
        <w:tc>
          <w:tcPr>
            <w:tcW w:type="dxa" w:w="2520"/>
          </w:tcPr>
          <w:p>
            <w:r/>
          </w:p>
        </w:tc>
        <w:tc>
          <w:tcPr>
            <w:tcW w:type="dxa" w:w="2520"/>
          </w:tcPr>
          <w:p>
            <w:r/>
          </w:p>
        </w:tc>
        <w:tc>
          <w:tcPr>
            <w:tcW w:type="dxa" w:w="2520"/>
          </w:tcPr>
          <w:p>
            <w:r/>
          </w:p>
        </w:tc>
      </w:tr>
    </w:tbl>
    <w:p/>
    <w:p>
      <w:pPr>
        <w:pStyle w:val="Heading1"/>
      </w:pPr>
      <w:r>
        <w:rPr>
          <w:b/>
          <w:sz w:val="28"/>
        </w:rPr>
        <w:t>5. Safety, Quality &amp; Issues</w:t>
      </w:r>
    </w:p>
    <w:p>
      <w:r>
        <w:rPr>
          <w:b/>
        </w:rPr>
        <w:t>Safety incidents / near misses:</w:t>
      </w:r>
    </w:p>
    <w:p>
      <w:r>
        <w:t>_______________________________________________</w:t>
      </w:r>
    </w:p>
    <w:p/>
    <w:p>
      <w:r>
        <w:rPr>
          <w:b/>
        </w:rPr>
        <w:t>Hazards observed:</w:t>
      </w:r>
    </w:p>
    <w:p>
      <w:r>
        <w:t>_______________________________________________</w:t>
      </w:r>
    </w:p>
    <w:p/>
    <w:p>
      <w:r>
        <w:rPr>
          <w:b/>
        </w:rPr>
        <w:t>Quality inspections / non-conformances:</w:t>
      </w:r>
    </w:p>
    <w:p>
      <w:r>
        <w:t>_______________________________________________</w:t>
      </w:r>
    </w:p>
    <w:p/>
    <w:p>
      <w:r>
        <w:rPr>
          <w:b/>
        </w:rPr>
        <w:t>Delays or interruptions:</w:t>
      </w:r>
    </w:p>
    <w:p>
      <w:r>
        <w:t>_______________________________________________</w:t>
      </w:r>
    </w:p>
    <w:p/>
    <w:p>
      <w:r>
        <w:rPr>
          <w:b/>
        </w:rPr>
        <w:t>Instructions / variations received:</w:t>
      </w:r>
    </w:p>
    <w:p>
      <w:r>
        <w:t>_______________________________________________</w:t>
      </w:r>
    </w:p>
    <w:p/>
    <w:p>
      <w:pPr>
        <w:pStyle w:val="Heading1"/>
      </w:pPr>
      <w:r>
        <w:rPr>
          <w:b/>
          <w:sz w:val="28"/>
        </w:rPr>
        <w:t>6. Photos &amp; Attachments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</w:tcPr>
          <w:p>
            <w:r>
              <w:t>Photo / File:</w:t>
            </w:r>
          </w:p>
        </w:tc>
        <w:tc>
          <w:tcPr>
            <w:tcW w:type="dxa" w:w="5040"/>
          </w:tcPr>
          <w:p>
            <w:r>
              <w:t>Description:</w:t>
            </w:r>
          </w:p>
        </w:tc>
      </w:tr>
      <w:tr>
        <w:tc>
          <w:tcPr>
            <w:tcW w:type="dxa" w:w="5040"/>
          </w:tcPr>
          <w:p>
            <w:r>
              <w:t>Photo / File:</w:t>
            </w:r>
          </w:p>
        </w:tc>
        <w:tc>
          <w:tcPr>
            <w:tcW w:type="dxa" w:w="5040"/>
          </w:tcPr>
          <w:p>
            <w:r>
              <w:t>Description:</w:t>
            </w:r>
          </w:p>
        </w:tc>
      </w:tr>
      <w:tr>
        <w:tc>
          <w:tcPr>
            <w:tcW w:type="dxa" w:w="5040"/>
          </w:tcPr>
          <w:p>
            <w:r>
              <w:t>Photo / File:</w:t>
            </w:r>
          </w:p>
        </w:tc>
        <w:tc>
          <w:tcPr>
            <w:tcW w:type="dxa" w:w="5040"/>
          </w:tcPr>
          <w:p>
            <w:r>
              <w:t>Description:</w:t>
            </w:r>
          </w:p>
        </w:tc>
      </w:tr>
      <w:tr>
        <w:tc>
          <w:tcPr>
            <w:tcW w:type="dxa" w:w="5040"/>
          </w:tcPr>
          <w:p>
            <w:r>
              <w:t>Photo / File:</w:t>
            </w:r>
          </w:p>
        </w:tc>
        <w:tc>
          <w:tcPr>
            <w:tcW w:type="dxa" w:w="5040"/>
          </w:tcPr>
          <w:p>
            <w:r>
              <w:t>Description:</w:t>
            </w:r>
          </w:p>
        </w:tc>
      </w:tr>
    </w:tbl>
    <w:p/>
    <w:p>
      <w:pPr>
        <w:pStyle w:val="Heading1"/>
      </w:pPr>
      <w:r>
        <w:rPr>
          <w:b/>
          <w:sz w:val="28"/>
        </w:rPr>
        <w:t>7. Sign-Off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</w:tcPr>
          <w:p>
            <w:r>
              <w:rPr>
                <w:b/>
              </w:rPr>
              <w:t>Prepared by (Name / Signature)</w:t>
            </w:r>
          </w:p>
        </w:tc>
        <w:tc>
          <w:tcPr>
            <w:tcW w:type="dxa" w:w="5040"/>
          </w:tcPr>
          <w:p>
            <w:r>
              <w:t>Date</w:t>
            </w:r>
          </w:p>
        </w:tc>
      </w:tr>
      <w:tr>
        <w:tc>
          <w:tcPr>
            <w:tcW w:type="dxa" w:w="5040"/>
          </w:tcPr>
          <w:p>
            <w:r>
              <w:rPr>
                <w:b/>
              </w:rPr>
              <w:t>Reviewed by (Name / Signature)</w:t>
            </w:r>
          </w:p>
        </w:tc>
        <w:tc>
          <w:tcPr>
            <w:tcW w:type="dxa" w:w="5040"/>
          </w:tcPr>
          <w:p>
            <w:r>
              <w:t>Date</w:t>
            </w:r>
          </w:p>
        </w:tc>
      </w:tr>
      <w:tr>
        <w:tc>
          <w:tcPr>
            <w:tcW w:type="dxa" w:w="5040"/>
          </w:tcPr>
          <w:p>
            <w:r>
              <w:rPr>
                <w:b/>
              </w:rPr>
              <w:t>Client / Consultant (if required)</w:t>
            </w:r>
          </w:p>
        </w:tc>
        <w:tc>
          <w:tcPr>
            <w:tcW w:type="dxa" w:w="5040"/>
          </w:tcPr>
          <w:p>
            <w:r>
              <w:t>Date</w:t>
            </w:r>
          </w:p>
        </w:tc>
      </w:tr>
    </w:tbl>
    <w:p>
      <w:pPr>
        <w:jc w:val="center"/>
      </w:pPr>
      <w:r>
        <w:rPr>
          <w:color w:val="646464"/>
          <w:sz w:val="18"/>
        </w:rPr>
        <w:t>Template provided by BuildOS — Construction Site Operations Software</w:t>
      </w:r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